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C0505" w14:textId="2D039F44" w:rsidR="00D93382" w:rsidRPr="00B25F6C" w:rsidRDefault="00000000" w:rsidP="00A52AD0">
      <w:pPr>
        <w:pStyle w:val="Heading1"/>
        <w:ind w:left="-720"/>
        <w:rPr>
          <w:sz w:val="32"/>
          <w:szCs w:val="32"/>
          <w:lang w:val="es-ES"/>
        </w:rPr>
      </w:pPr>
      <w:r w:rsidRPr="00B25F6C">
        <w:rPr>
          <w:sz w:val="32"/>
          <w:szCs w:val="32"/>
          <w:lang w:val="es-ES"/>
        </w:rPr>
        <w:t>Práctica: Vivir en Abundancia</w:t>
      </w:r>
    </w:p>
    <w:p w14:paraId="1069773F" w14:textId="77777777" w:rsidR="00D93382" w:rsidRPr="00B25F6C" w:rsidRDefault="00D93382" w:rsidP="00A52AD0">
      <w:pPr>
        <w:ind w:left="-720"/>
        <w:rPr>
          <w:lang w:val="es-ES"/>
        </w:rPr>
      </w:pPr>
    </w:p>
    <w:p w14:paraId="39106AFA" w14:textId="6314D6E2" w:rsidR="00D93382" w:rsidRPr="00B25F6C" w:rsidRDefault="00000000" w:rsidP="00A52AD0">
      <w:pPr>
        <w:pStyle w:val="Heading2"/>
        <w:ind w:left="-720"/>
        <w:rPr>
          <w:sz w:val="28"/>
          <w:szCs w:val="28"/>
          <w:lang w:val="es-ES"/>
        </w:rPr>
      </w:pPr>
      <w:r w:rsidRPr="00B25F6C">
        <w:rPr>
          <w:sz w:val="28"/>
          <w:szCs w:val="28"/>
          <w:lang w:val="es-ES"/>
        </w:rPr>
        <w:t>Introducción</w:t>
      </w:r>
    </w:p>
    <w:p w14:paraId="761C32F1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La abundancia es un estado interno, una forma de vivir con apertura, gratitud y confianza. No se trata únicamente de dinero o bienes materiales; es también tener tiempo para ti, disfrutar de relaciones saludables, tener salud, claridad mental y espacio sagrado para tu alma.</w:t>
      </w:r>
    </w:p>
    <w:p w14:paraId="32DB4FD9" w14:textId="6DD17BF5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 xml:space="preserve">Vivir en abundancia no depende de cuánto tienes, sino de </w:t>
      </w:r>
      <w:r w:rsidR="007632E8">
        <w:rPr>
          <w:sz w:val="24"/>
          <w:lang w:val="es-ES"/>
        </w:rPr>
        <w:t>reconocer</w:t>
      </w:r>
      <w:r w:rsidRPr="00A52AD0">
        <w:rPr>
          <w:sz w:val="24"/>
          <w:lang w:val="es-ES"/>
        </w:rPr>
        <w:t xml:space="preserve"> lo que ya eres y lo que ya </w:t>
      </w:r>
      <w:r w:rsidR="007632E8">
        <w:rPr>
          <w:sz w:val="24"/>
          <w:lang w:val="es-ES"/>
        </w:rPr>
        <w:t>tienes</w:t>
      </w:r>
      <w:r w:rsidRPr="00A52AD0">
        <w:rPr>
          <w:sz w:val="24"/>
          <w:lang w:val="es-ES"/>
        </w:rPr>
        <w:t xml:space="preserve">. El primer paso para recibir más es sanar la creencia </w:t>
      </w:r>
      <w:r w:rsidR="007632E8" w:rsidRPr="00B25F6C">
        <w:rPr>
          <w:b/>
          <w:bCs/>
          <w:i/>
          <w:iCs/>
          <w:sz w:val="28"/>
          <w:szCs w:val="28"/>
          <w:lang w:val="es-ES"/>
        </w:rPr>
        <w:t>“</w:t>
      </w:r>
      <w:r w:rsidRPr="00B25F6C">
        <w:rPr>
          <w:b/>
          <w:bCs/>
          <w:i/>
          <w:iCs/>
          <w:sz w:val="28"/>
          <w:szCs w:val="28"/>
          <w:lang w:val="es-ES"/>
        </w:rPr>
        <w:t>de que no lo mereces.</w:t>
      </w:r>
      <w:r w:rsidR="007632E8" w:rsidRPr="00B25F6C">
        <w:rPr>
          <w:b/>
          <w:bCs/>
          <w:i/>
          <w:iCs/>
          <w:sz w:val="28"/>
          <w:szCs w:val="28"/>
          <w:lang w:val="es-ES"/>
        </w:rPr>
        <w:t>”</w:t>
      </w:r>
      <w:r w:rsidRPr="00A52AD0">
        <w:rPr>
          <w:sz w:val="24"/>
          <w:lang w:val="es-ES"/>
        </w:rPr>
        <w:t xml:space="preserve"> Porque sí lo mereces. Simplemente por </w:t>
      </w:r>
      <w:r w:rsidRPr="00B25F6C">
        <w:rPr>
          <w:i/>
          <w:iCs/>
          <w:sz w:val="24"/>
          <w:lang w:val="es-ES"/>
        </w:rPr>
        <w:t>S</w:t>
      </w:r>
      <w:r w:rsidR="00B25F6C" w:rsidRPr="00B25F6C">
        <w:rPr>
          <w:i/>
          <w:iCs/>
          <w:sz w:val="24"/>
          <w:lang w:val="es-ES"/>
        </w:rPr>
        <w:t>ER</w:t>
      </w:r>
      <w:r w:rsidR="00B25F6C">
        <w:rPr>
          <w:sz w:val="24"/>
          <w:lang w:val="es-ES"/>
        </w:rPr>
        <w:t>.</w:t>
      </w:r>
    </w:p>
    <w:p w14:paraId="2292FAE5" w14:textId="513EE0FB" w:rsidR="00D93382" w:rsidRPr="00B25F6C" w:rsidRDefault="00000000" w:rsidP="00A52AD0">
      <w:pPr>
        <w:pStyle w:val="Heading2"/>
        <w:ind w:left="-720"/>
        <w:rPr>
          <w:sz w:val="28"/>
          <w:szCs w:val="28"/>
          <w:lang w:val="es-ES"/>
        </w:rPr>
      </w:pPr>
      <w:r w:rsidRPr="00B25F6C">
        <w:rPr>
          <w:sz w:val="28"/>
          <w:szCs w:val="28"/>
          <w:lang w:val="es-ES"/>
        </w:rPr>
        <w:t>Práctica diaria: Abro mi corazón a</w:t>
      </w:r>
      <w:r w:rsidR="009669D6">
        <w:rPr>
          <w:sz w:val="28"/>
          <w:szCs w:val="28"/>
          <w:lang w:val="es-ES"/>
        </w:rPr>
        <w:t xml:space="preserve"> la abundancia</w:t>
      </w:r>
    </w:p>
    <w:p w14:paraId="270FAA29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Al comenzar tu día, colócate frente al espejo, mírate a los ojos con ternura y repite en voz alta:</w:t>
      </w:r>
    </w:p>
    <w:p w14:paraId="1EFFB665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Doy con amor, desde mi esencia.</w:t>
      </w:r>
    </w:p>
    <w:p w14:paraId="53050FD1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Doy sin esperar nada a cambio, porque confío en la Vida.</w:t>
      </w:r>
    </w:p>
    <w:p w14:paraId="043C9793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Hoy muestro compasión a mí misma y a los demás.</w:t>
      </w:r>
    </w:p>
    <w:p w14:paraId="238FA34B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Hoy escucho con el corazón abierto.</w:t>
      </w:r>
    </w:p>
    <w:p w14:paraId="58783342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Estoy dispuesta a aprender a vivir en abundancia y a atraerla de forma sana y armoniosa.</w:t>
      </w:r>
    </w:p>
    <w:p w14:paraId="165361F7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Después de repetir estas frases, respira profundo tres veces y di:</w:t>
      </w:r>
    </w:p>
    <w:p w14:paraId="17E2054B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i/>
          <w:sz w:val="24"/>
          <w:lang w:val="es-ES"/>
        </w:rPr>
        <w:t>Gracias, gracias, gracias por todo lo que ya soy y todo lo que ya tengo.</w:t>
      </w:r>
    </w:p>
    <w:p w14:paraId="54F1C970" w14:textId="4F3BA2DD" w:rsidR="00D93382" w:rsidRPr="00B25F6C" w:rsidRDefault="007632E8" w:rsidP="00A52AD0">
      <w:pPr>
        <w:pStyle w:val="Heading2"/>
        <w:ind w:left="-720"/>
        <w:rPr>
          <w:sz w:val="28"/>
          <w:szCs w:val="28"/>
          <w:lang w:val="es-ES"/>
        </w:rPr>
      </w:pPr>
      <w:r w:rsidRPr="00B25F6C">
        <w:rPr>
          <w:sz w:val="28"/>
          <w:szCs w:val="28"/>
          <w:lang w:val="es-ES"/>
        </w:rPr>
        <w:t>Ejercicio de Escritura #1: Preguntas de reflexión</w:t>
      </w:r>
    </w:p>
    <w:p w14:paraId="0806D6DF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Escribe con sinceridad y sin juicio:</w:t>
      </w:r>
    </w:p>
    <w:p w14:paraId="096DD11A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¿Qué significa para ti vivir en abundancia?</w:t>
      </w:r>
    </w:p>
    <w:p w14:paraId="54FB8CBD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¿En qué área de tu vida deseas expandirla hoy?</w:t>
      </w:r>
    </w:p>
    <w:p w14:paraId="515314A3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¿De dónde crees que viene la creencia de que no mereces más? ¿A quién pertenecía originalmente esa creencia?</w:t>
      </w:r>
    </w:p>
    <w:p w14:paraId="03CE4A27" w14:textId="30A849EB" w:rsid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¿Qué evidencia tienes hoy de que sí mereces vivir plenamente?</w:t>
      </w:r>
    </w:p>
    <w:p w14:paraId="4FB22E2D" w14:textId="77777777" w:rsidR="007632E8" w:rsidRDefault="007632E8" w:rsidP="00A52AD0">
      <w:pPr>
        <w:pStyle w:val="Heading2"/>
        <w:ind w:left="-720"/>
        <w:rPr>
          <w:lang w:val="es-ES"/>
        </w:rPr>
      </w:pPr>
    </w:p>
    <w:p w14:paraId="012CF195" w14:textId="77777777" w:rsidR="00DB1C00" w:rsidRDefault="00DB1C00" w:rsidP="00DB1C00">
      <w:pPr>
        <w:rPr>
          <w:lang w:val="es-ES"/>
        </w:rPr>
      </w:pPr>
    </w:p>
    <w:p w14:paraId="14823FF3" w14:textId="77777777" w:rsidR="00DB1C00" w:rsidRDefault="00DB1C00" w:rsidP="00DB1C00">
      <w:pPr>
        <w:rPr>
          <w:lang w:val="es-ES"/>
        </w:rPr>
      </w:pPr>
    </w:p>
    <w:p w14:paraId="09E64FEC" w14:textId="77777777" w:rsidR="00DB1C00" w:rsidRDefault="00DB1C00" w:rsidP="00DB1C00">
      <w:pPr>
        <w:rPr>
          <w:lang w:val="es-ES"/>
        </w:rPr>
      </w:pPr>
    </w:p>
    <w:p w14:paraId="5EB66C16" w14:textId="77777777" w:rsidR="00DB1C00" w:rsidRPr="00DB1C00" w:rsidRDefault="00DB1C00" w:rsidP="00DB1C00">
      <w:pPr>
        <w:rPr>
          <w:lang w:val="es-ES"/>
        </w:rPr>
      </w:pPr>
    </w:p>
    <w:p w14:paraId="633B2705" w14:textId="1CA7BE17" w:rsidR="00D93382" w:rsidRPr="00B25F6C" w:rsidRDefault="00000000" w:rsidP="009C12DB">
      <w:pPr>
        <w:pStyle w:val="Heading2"/>
        <w:ind w:left="-720"/>
        <w:rPr>
          <w:sz w:val="28"/>
          <w:szCs w:val="28"/>
          <w:lang w:val="es-ES"/>
        </w:rPr>
      </w:pPr>
      <w:r w:rsidRPr="00B25F6C">
        <w:rPr>
          <w:sz w:val="28"/>
          <w:szCs w:val="28"/>
          <w:lang w:val="es-ES"/>
        </w:rPr>
        <w:t>Afirmaciones para anclar</w:t>
      </w:r>
    </w:p>
    <w:p w14:paraId="6F54E8D8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Repite mental o verbalmente a lo largo del día:</w:t>
      </w:r>
    </w:p>
    <w:p w14:paraId="2775943E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La abundancia fluye cuando doy desde el corazón.</w:t>
      </w:r>
    </w:p>
    <w:p w14:paraId="64C4C60B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Yo merezco una vida plena, rica en amor, salud, alegría y paz.</w:t>
      </w:r>
    </w:p>
    <w:p w14:paraId="6BEE84B0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Abro mis manos, mi mente y mi corazón al dar y al recibir.</w:t>
      </w:r>
    </w:p>
    <w:p w14:paraId="386534F8" w14:textId="7D6BEA7B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• Confío en el ritmo perfecto del universo. Todo llega a su debido tiempo.</w:t>
      </w:r>
      <w:r w:rsidR="007632E8">
        <w:rPr>
          <w:sz w:val="24"/>
          <w:lang w:val="es-ES"/>
        </w:rPr>
        <w:br/>
      </w:r>
    </w:p>
    <w:p w14:paraId="1DADF0A0" w14:textId="117CD7B5" w:rsidR="00D93382" w:rsidRPr="00B25F6C" w:rsidRDefault="00000000" w:rsidP="00A52AD0">
      <w:pPr>
        <w:pStyle w:val="Heading2"/>
        <w:ind w:left="-720"/>
        <w:rPr>
          <w:sz w:val="28"/>
          <w:szCs w:val="28"/>
          <w:lang w:val="es-ES"/>
        </w:rPr>
      </w:pPr>
      <w:r w:rsidRPr="00B25F6C">
        <w:rPr>
          <w:sz w:val="28"/>
          <w:szCs w:val="28"/>
          <w:lang w:val="es-ES"/>
        </w:rPr>
        <w:t>Ejercicio de escritura</w:t>
      </w:r>
      <w:r w:rsidR="007632E8" w:rsidRPr="00B25F6C">
        <w:rPr>
          <w:sz w:val="28"/>
          <w:szCs w:val="28"/>
          <w:lang w:val="es-ES"/>
        </w:rPr>
        <w:t xml:space="preserve"> #2</w:t>
      </w:r>
      <w:r w:rsidRPr="00B25F6C">
        <w:rPr>
          <w:sz w:val="28"/>
          <w:szCs w:val="28"/>
          <w:lang w:val="es-ES"/>
        </w:rPr>
        <w:t>: Diario de Abundancia</w:t>
      </w:r>
    </w:p>
    <w:p w14:paraId="35D415D8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Responde con total honestidad en tu diario:</w:t>
      </w:r>
    </w:p>
    <w:p w14:paraId="2456D2CB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1. ¿Qué tipo de abundancia estás lista para recibir ahora mismo?</w:t>
      </w:r>
    </w:p>
    <w:p w14:paraId="31E168A0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2. ¿Cómo puedes ser un canal de generosidad hoy, incluso con pequeños gestos?</w:t>
      </w:r>
    </w:p>
    <w:p w14:paraId="2F77826A" w14:textId="77777777" w:rsidR="00D93382" w:rsidRPr="00A52AD0" w:rsidRDefault="00000000" w:rsidP="00A52AD0">
      <w:pPr>
        <w:spacing w:after="160"/>
        <w:ind w:left="-720"/>
        <w:rPr>
          <w:lang w:val="es-ES"/>
        </w:rPr>
      </w:pPr>
      <w:r w:rsidRPr="00A52AD0">
        <w:rPr>
          <w:sz w:val="24"/>
          <w:lang w:val="es-ES"/>
        </w:rPr>
        <w:t>3. Escribe una lista de 5 cosas que tienes hoy y que representan abundancia en tu vida (pueden ser materiales, emocionales, espirituales o relacionales).</w:t>
      </w:r>
    </w:p>
    <w:p w14:paraId="16D2F081" w14:textId="77777777" w:rsidR="00D93382" w:rsidRDefault="00000000" w:rsidP="00A52AD0">
      <w:pPr>
        <w:spacing w:after="160"/>
        <w:ind w:left="-720"/>
        <w:rPr>
          <w:i/>
          <w:sz w:val="24"/>
          <w:lang w:val="es-ES"/>
        </w:rPr>
      </w:pPr>
      <w:r w:rsidRPr="00A52AD0">
        <w:rPr>
          <w:i/>
          <w:sz w:val="24"/>
          <w:lang w:val="es-ES"/>
        </w:rPr>
        <w:t>Sugerencia adicional: Cierra el día escribiendo una pequeña oración de agradecimiento por algo que te hizo sentir abundante hoy.</w:t>
      </w:r>
    </w:p>
    <w:p w14:paraId="2C76A99A" w14:textId="77777777" w:rsidR="00D02DB4" w:rsidRPr="00B25F6C" w:rsidRDefault="00D02DB4" w:rsidP="00A52AD0">
      <w:pPr>
        <w:spacing w:after="160"/>
        <w:ind w:left="-720"/>
        <w:rPr>
          <w:i/>
          <w:sz w:val="24"/>
          <w:szCs w:val="24"/>
          <w:lang w:val="es-ES"/>
        </w:rPr>
      </w:pPr>
    </w:p>
    <w:p w14:paraId="6A6F2DEE" w14:textId="7DCC551D" w:rsidR="00D02DB4" w:rsidRPr="00B25F6C" w:rsidRDefault="00B25F6C" w:rsidP="00D02DB4">
      <w:pPr>
        <w:spacing w:after="160"/>
        <w:ind w:left="-720"/>
        <w:rPr>
          <w:b/>
          <w:bCs/>
          <w:iCs/>
          <w:sz w:val="24"/>
          <w:szCs w:val="24"/>
          <w:lang w:val="es-ES"/>
        </w:rPr>
      </w:pPr>
      <w:r>
        <w:rPr>
          <w:b/>
          <w:bCs/>
          <w:iCs/>
          <w:sz w:val="24"/>
          <w:szCs w:val="24"/>
          <w:lang w:val="es-ES"/>
        </w:rPr>
        <w:t xml:space="preserve">Ejemplo: </w:t>
      </w:r>
      <w:r w:rsidR="00D02DB4" w:rsidRPr="00B25F6C">
        <w:rPr>
          <w:b/>
          <w:bCs/>
          <w:iCs/>
          <w:sz w:val="24"/>
          <w:szCs w:val="24"/>
          <w:lang w:val="es-ES"/>
        </w:rPr>
        <w:t>Oración de la Noche – Abundancia</w:t>
      </w:r>
    </w:p>
    <w:p w14:paraId="4641E0D2" w14:textId="40F7987A" w:rsidR="00D02DB4" w:rsidRPr="00B25F6C" w:rsidRDefault="00B25F6C" w:rsidP="00D02DB4">
      <w:pPr>
        <w:spacing w:after="160"/>
        <w:ind w:left="-720"/>
        <w:rPr>
          <w:iCs/>
          <w:sz w:val="24"/>
          <w:szCs w:val="24"/>
          <w:lang w:val="es-ES"/>
        </w:rPr>
      </w:pPr>
      <w:r>
        <w:rPr>
          <w:iCs/>
          <w:sz w:val="24"/>
          <w:szCs w:val="24"/>
          <w:lang w:val="es-ES"/>
        </w:rPr>
        <w:t>Padre Celestial, (</w:t>
      </w:r>
      <w:r w:rsidR="00D02DB4" w:rsidRPr="00B25F6C">
        <w:rPr>
          <w:iCs/>
          <w:sz w:val="24"/>
          <w:szCs w:val="24"/>
          <w:lang w:val="es-ES"/>
        </w:rPr>
        <w:t>Amada Presencia Divina</w:t>
      </w:r>
      <w:r>
        <w:rPr>
          <w:iCs/>
          <w:sz w:val="24"/>
          <w:szCs w:val="24"/>
          <w:lang w:val="es-ES"/>
        </w:rPr>
        <w:t>)</w:t>
      </w:r>
      <w:r w:rsidR="00D02DB4" w:rsidRPr="00B25F6C">
        <w:rPr>
          <w:iCs/>
          <w:sz w:val="24"/>
          <w:szCs w:val="24"/>
          <w:lang w:val="es-ES"/>
        </w:rPr>
        <w:br/>
        <w:t>al cerrar este día,</w:t>
      </w:r>
      <w:r w:rsidR="00D02DB4" w:rsidRPr="00B25F6C">
        <w:rPr>
          <w:iCs/>
          <w:sz w:val="24"/>
          <w:szCs w:val="24"/>
          <w:lang w:val="es-ES"/>
        </w:rPr>
        <w:br/>
        <w:t>pongo mi corazón en tus manos</w:t>
      </w:r>
      <w:r w:rsidR="00D02DB4" w:rsidRPr="00B25F6C">
        <w:rPr>
          <w:iCs/>
          <w:sz w:val="24"/>
          <w:szCs w:val="24"/>
          <w:lang w:val="es-ES"/>
        </w:rPr>
        <w:br/>
        <w:t>con gratitud por todo lo que he recibido.</w:t>
      </w:r>
    </w:p>
    <w:p w14:paraId="685ABE90" w14:textId="77777777" w:rsidR="00D02DB4" w:rsidRPr="00B25F6C" w:rsidRDefault="00D02DB4" w:rsidP="00D02DB4">
      <w:pPr>
        <w:spacing w:after="160"/>
        <w:ind w:left="-720"/>
        <w:rPr>
          <w:iCs/>
          <w:sz w:val="24"/>
          <w:szCs w:val="24"/>
          <w:lang w:val="es-ES"/>
        </w:rPr>
      </w:pPr>
      <w:r w:rsidRPr="00B25F6C">
        <w:rPr>
          <w:iCs/>
          <w:sz w:val="24"/>
          <w:szCs w:val="24"/>
          <w:lang w:val="es-ES"/>
        </w:rPr>
        <w:t>Gracias por el amor que me rodea,</w:t>
      </w:r>
      <w:r w:rsidRPr="00B25F6C">
        <w:rPr>
          <w:iCs/>
          <w:sz w:val="24"/>
          <w:szCs w:val="24"/>
          <w:lang w:val="es-ES"/>
        </w:rPr>
        <w:br/>
        <w:t>por los momentos de silencio,</w:t>
      </w:r>
      <w:r w:rsidRPr="00B25F6C">
        <w:rPr>
          <w:iCs/>
          <w:sz w:val="24"/>
          <w:szCs w:val="24"/>
          <w:lang w:val="es-ES"/>
        </w:rPr>
        <w:br/>
        <w:t>por las palabras que nutren,</w:t>
      </w:r>
      <w:r w:rsidRPr="00B25F6C">
        <w:rPr>
          <w:iCs/>
          <w:sz w:val="24"/>
          <w:szCs w:val="24"/>
          <w:lang w:val="es-ES"/>
        </w:rPr>
        <w:br/>
        <w:t>y por las oportunidades que tal vez no vi, pero que sé que estaban allí.</w:t>
      </w:r>
    </w:p>
    <w:p w14:paraId="7C4D9830" w14:textId="77777777" w:rsidR="00D02DB4" w:rsidRPr="00B25F6C" w:rsidRDefault="00D02DB4" w:rsidP="00D02DB4">
      <w:pPr>
        <w:spacing w:after="160"/>
        <w:ind w:left="-720"/>
        <w:rPr>
          <w:iCs/>
          <w:sz w:val="24"/>
          <w:szCs w:val="24"/>
          <w:lang w:val="es-ES"/>
        </w:rPr>
      </w:pPr>
      <w:r w:rsidRPr="00B25F6C">
        <w:rPr>
          <w:iCs/>
          <w:sz w:val="24"/>
          <w:szCs w:val="24"/>
          <w:lang w:val="es-ES"/>
        </w:rPr>
        <w:t>Hoy elijo soltar toda escasez,</w:t>
      </w:r>
      <w:r w:rsidRPr="00B25F6C">
        <w:rPr>
          <w:iCs/>
          <w:sz w:val="24"/>
          <w:szCs w:val="24"/>
          <w:lang w:val="es-ES"/>
        </w:rPr>
        <w:br/>
        <w:t>toda creencia de no merecer,</w:t>
      </w:r>
      <w:r w:rsidRPr="00B25F6C">
        <w:rPr>
          <w:iCs/>
          <w:sz w:val="24"/>
          <w:szCs w:val="24"/>
          <w:lang w:val="es-ES"/>
        </w:rPr>
        <w:br/>
        <w:t>y todo pensamiento de separación.</w:t>
      </w:r>
    </w:p>
    <w:p w14:paraId="47D46FA2" w14:textId="77777777" w:rsidR="00D02DB4" w:rsidRPr="00B25F6C" w:rsidRDefault="00D02DB4" w:rsidP="00D02DB4">
      <w:pPr>
        <w:spacing w:after="160"/>
        <w:ind w:left="-720"/>
        <w:rPr>
          <w:iCs/>
          <w:sz w:val="24"/>
          <w:szCs w:val="24"/>
          <w:lang w:val="es-ES"/>
        </w:rPr>
      </w:pPr>
      <w:r w:rsidRPr="00B25F6C">
        <w:rPr>
          <w:iCs/>
          <w:sz w:val="24"/>
          <w:szCs w:val="24"/>
          <w:lang w:val="es-ES"/>
        </w:rPr>
        <w:t>Reafirmo que soy hija del Amor,</w:t>
      </w:r>
      <w:r w:rsidRPr="00B25F6C">
        <w:rPr>
          <w:iCs/>
          <w:sz w:val="24"/>
          <w:szCs w:val="24"/>
          <w:lang w:val="es-ES"/>
        </w:rPr>
        <w:br/>
        <w:t>y como tal, la abundancia es mi herencia natural.</w:t>
      </w:r>
      <w:r w:rsidRPr="00B25F6C">
        <w:rPr>
          <w:iCs/>
          <w:sz w:val="24"/>
          <w:szCs w:val="24"/>
          <w:lang w:val="es-ES"/>
        </w:rPr>
        <w:br/>
        <w:t>No necesito hacer más para merecer.</w:t>
      </w:r>
      <w:r w:rsidRPr="00B25F6C">
        <w:rPr>
          <w:iCs/>
          <w:sz w:val="24"/>
          <w:szCs w:val="24"/>
          <w:lang w:val="es-ES"/>
        </w:rPr>
        <w:br/>
        <w:t>Solo necesito recordar quién soy.</w:t>
      </w:r>
    </w:p>
    <w:p w14:paraId="3BCB7FFB" w14:textId="77777777" w:rsidR="00D02DB4" w:rsidRPr="00D02DB4" w:rsidRDefault="00D02DB4" w:rsidP="00D02DB4">
      <w:pPr>
        <w:spacing w:after="160"/>
        <w:ind w:left="-720"/>
        <w:rPr>
          <w:iCs/>
          <w:lang w:val="es-ES"/>
        </w:rPr>
      </w:pPr>
      <w:r w:rsidRPr="00D02DB4">
        <w:rPr>
          <w:iCs/>
          <w:lang w:val="es-ES"/>
        </w:rPr>
        <w:lastRenderedPageBreak/>
        <w:t>Abro mi mente y mi corazón al flujo divino</w:t>
      </w:r>
      <w:r w:rsidRPr="00D02DB4">
        <w:rPr>
          <w:iCs/>
          <w:lang w:val="es-ES"/>
        </w:rPr>
        <w:br/>
        <w:t>que sostiene, guía y multiplica todo lo que nace del amor.</w:t>
      </w:r>
    </w:p>
    <w:p w14:paraId="08F989C4" w14:textId="77777777" w:rsidR="00D02DB4" w:rsidRPr="00D02DB4" w:rsidRDefault="00D02DB4" w:rsidP="00D02DB4">
      <w:pPr>
        <w:spacing w:after="160"/>
        <w:ind w:left="-720"/>
        <w:rPr>
          <w:iCs/>
          <w:lang w:val="es-ES"/>
        </w:rPr>
      </w:pPr>
      <w:r w:rsidRPr="00D02DB4">
        <w:rPr>
          <w:iCs/>
          <w:lang w:val="es-ES"/>
        </w:rPr>
        <w:t>Gracias, gracias, gracias</w:t>
      </w:r>
      <w:r w:rsidRPr="00D02DB4">
        <w:rPr>
          <w:iCs/>
          <w:lang w:val="es-ES"/>
        </w:rPr>
        <w:br/>
        <w:t>por todo lo que soy, por todo lo que tengo,</w:t>
      </w:r>
      <w:r w:rsidRPr="00D02DB4">
        <w:rPr>
          <w:iCs/>
          <w:lang w:val="es-ES"/>
        </w:rPr>
        <w:br/>
        <w:t>y por todo lo que viene en camino.</w:t>
      </w:r>
    </w:p>
    <w:p w14:paraId="6826E5EA" w14:textId="77777777" w:rsidR="00D02DB4" w:rsidRPr="00D02DB4" w:rsidRDefault="00D02DB4" w:rsidP="00D02DB4">
      <w:pPr>
        <w:spacing w:after="160"/>
        <w:ind w:left="-720"/>
        <w:rPr>
          <w:iCs/>
          <w:lang w:val="es-ES"/>
        </w:rPr>
      </w:pPr>
      <w:r w:rsidRPr="00D02DB4">
        <w:rPr>
          <w:iCs/>
          <w:lang w:val="es-ES"/>
        </w:rPr>
        <w:t>Esta noche descanso en la certeza de que todo está bien.</w:t>
      </w:r>
      <w:r w:rsidRPr="00D02DB4">
        <w:rPr>
          <w:iCs/>
          <w:lang w:val="es-ES"/>
        </w:rPr>
        <w:br/>
        <w:t>Y que mañana, al despertar,</w:t>
      </w:r>
      <w:r w:rsidRPr="00D02DB4">
        <w:rPr>
          <w:iCs/>
          <w:lang w:val="es-ES"/>
        </w:rPr>
        <w:br/>
        <w:t>seguiré siendo un canal de generosidad, paz y plenitud.</w:t>
      </w:r>
    </w:p>
    <w:p w14:paraId="374F2750" w14:textId="77777777" w:rsidR="00D02DB4" w:rsidRDefault="00D02DB4" w:rsidP="00D02DB4">
      <w:pPr>
        <w:spacing w:after="160"/>
        <w:ind w:left="-720"/>
        <w:rPr>
          <w:iCs/>
        </w:rPr>
      </w:pPr>
      <w:r w:rsidRPr="00D02DB4">
        <w:rPr>
          <w:iCs/>
        </w:rPr>
        <w:t>Amén.</w:t>
      </w:r>
    </w:p>
    <w:p w14:paraId="566AC323" w14:textId="77777777" w:rsidR="00DB1C00" w:rsidRDefault="00DB1C00" w:rsidP="00D02DB4">
      <w:pPr>
        <w:spacing w:after="160"/>
        <w:ind w:left="-720"/>
        <w:rPr>
          <w:iCs/>
        </w:rPr>
      </w:pPr>
    </w:p>
    <w:p w14:paraId="4D059E9B" w14:textId="77777777" w:rsidR="00DB1C00" w:rsidRDefault="00DB1C00" w:rsidP="00D02DB4">
      <w:pPr>
        <w:spacing w:after="160"/>
        <w:ind w:left="-720"/>
        <w:rPr>
          <w:iCs/>
        </w:rPr>
      </w:pPr>
    </w:p>
    <w:p w14:paraId="539970F3" w14:textId="77777777" w:rsidR="00DB1C00" w:rsidRDefault="00DB1C00" w:rsidP="00D02DB4">
      <w:pPr>
        <w:spacing w:after="160"/>
        <w:ind w:left="-720"/>
        <w:rPr>
          <w:iCs/>
        </w:rPr>
      </w:pPr>
    </w:p>
    <w:p w14:paraId="488B254F" w14:textId="77777777" w:rsidR="00DB1C00" w:rsidRDefault="00DB1C00" w:rsidP="00D02DB4">
      <w:pPr>
        <w:spacing w:after="160"/>
        <w:ind w:left="-720"/>
        <w:rPr>
          <w:iCs/>
        </w:rPr>
      </w:pPr>
    </w:p>
    <w:p w14:paraId="6996681C" w14:textId="77777777" w:rsidR="00DB1C00" w:rsidRDefault="00DB1C00" w:rsidP="00D02DB4">
      <w:pPr>
        <w:spacing w:after="160"/>
        <w:ind w:left="-720"/>
        <w:rPr>
          <w:iCs/>
        </w:rPr>
      </w:pPr>
    </w:p>
    <w:p w14:paraId="0680D3BE" w14:textId="39BBCB6D" w:rsidR="00DB1C00" w:rsidRPr="00DB1C00" w:rsidRDefault="00DB1C00" w:rsidP="00D02DB4">
      <w:pPr>
        <w:spacing w:after="160"/>
        <w:ind w:left="-720"/>
        <w:rPr>
          <w:iCs/>
          <w:lang w:val="es-ES"/>
        </w:rPr>
      </w:pPr>
      <w:r w:rsidRPr="00DB1C00">
        <w:rPr>
          <w:iCs/>
          <w:lang w:val="es-ES"/>
        </w:rPr>
        <w:t>Ma</w:t>
      </w:r>
      <w:r w:rsidR="006C3266">
        <w:rPr>
          <w:iCs/>
          <w:lang w:val="es-ES"/>
        </w:rPr>
        <w:t>te</w:t>
      </w:r>
      <w:r w:rsidRPr="00DB1C00">
        <w:rPr>
          <w:iCs/>
          <w:lang w:val="es-ES"/>
        </w:rPr>
        <w:t>rial creado por: Olga P</w:t>
      </w:r>
      <w:r>
        <w:rPr>
          <w:iCs/>
          <w:lang w:val="es-ES"/>
        </w:rPr>
        <w:t>érez</w:t>
      </w:r>
      <w:r w:rsidR="006C3266">
        <w:rPr>
          <w:iCs/>
          <w:lang w:val="es-ES"/>
        </w:rPr>
        <w:t xml:space="preserve"> – Comunidad de Maestras Desp</w:t>
      </w:r>
      <w:r w:rsidR="000702D7">
        <w:rPr>
          <w:iCs/>
          <w:lang w:val="es-ES"/>
        </w:rPr>
        <w:t>iertas</w:t>
      </w:r>
    </w:p>
    <w:p w14:paraId="63BB0434" w14:textId="7886EB9F" w:rsidR="00D02DB4" w:rsidRPr="00D02DB4" w:rsidRDefault="00DB1C00" w:rsidP="00A52AD0">
      <w:pPr>
        <w:spacing w:after="160"/>
        <w:ind w:left="-720"/>
        <w:rPr>
          <w:iCs/>
          <w:lang w:val="es-ES"/>
        </w:rPr>
      </w:pPr>
      <w:r>
        <w:rPr>
          <w:iCs/>
          <w:noProof/>
          <w:lang w:val="es-ES"/>
        </w:rPr>
        <w:drawing>
          <wp:inline distT="0" distB="0" distL="0" distR="0" wp14:anchorId="6B0A1CDC" wp14:editId="3E60204B">
            <wp:extent cx="474133" cy="474133"/>
            <wp:effectExtent l="0" t="0" r="0" b="2540"/>
            <wp:docPr id="338836999" name="Picture 1" descr="A heart and exclamation mark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36999" name="Picture 1" descr="A heart and exclamation marks on a black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432" cy="4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DB4" w:rsidRPr="00D02DB4" w:rsidSect="00996A6A">
      <w:pgSz w:w="12240" w:h="15840"/>
      <w:pgMar w:top="45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4240021">
    <w:abstractNumId w:val="8"/>
  </w:num>
  <w:num w:numId="2" w16cid:durableId="1656644295">
    <w:abstractNumId w:val="6"/>
  </w:num>
  <w:num w:numId="3" w16cid:durableId="1898517416">
    <w:abstractNumId w:val="5"/>
  </w:num>
  <w:num w:numId="4" w16cid:durableId="494611760">
    <w:abstractNumId w:val="4"/>
  </w:num>
  <w:num w:numId="5" w16cid:durableId="888806497">
    <w:abstractNumId w:val="7"/>
  </w:num>
  <w:num w:numId="6" w16cid:durableId="552161645">
    <w:abstractNumId w:val="3"/>
  </w:num>
  <w:num w:numId="7" w16cid:durableId="951090748">
    <w:abstractNumId w:val="2"/>
  </w:num>
  <w:num w:numId="8" w16cid:durableId="51585771">
    <w:abstractNumId w:val="1"/>
  </w:num>
  <w:num w:numId="9" w16cid:durableId="172499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02D7"/>
    <w:rsid w:val="0015074B"/>
    <w:rsid w:val="002746AC"/>
    <w:rsid w:val="0029639D"/>
    <w:rsid w:val="00326F90"/>
    <w:rsid w:val="006C3266"/>
    <w:rsid w:val="007632E8"/>
    <w:rsid w:val="007749E1"/>
    <w:rsid w:val="0088772B"/>
    <w:rsid w:val="008A032C"/>
    <w:rsid w:val="00930EF2"/>
    <w:rsid w:val="009669D6"/>
    <w:rsid w:val="00996A6A"/>
    <w:rsid w:val="009C12DB"/>
    <w:rsid w:val="00A52AD0"/>
    <w:rsid w:val="00AA1D8D"/>
    <w:rsid w:val="00B25F6C"/>
    <w:rsid w:val="00B47730"/>
    <w:rsid w:val="00CB0664"/>
    <w:rsid w:val="00CB6C74"/>
    <w:rsid w:val="00D02DB4"/>
    <w:rsid w:val="00D93382"/>
    <w:rsid w:val="00DB1C0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4B9DB9"/>
  <w14:defaultImageDpi w14:val="300"/>
  <w15:docId w15:val="{EE405257-AE83-400B-959E-2EAAEEE7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1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Olga Perez</cp:lastModifiedBy>
  <cp:revision>7</cp:revision>
  <dcterms:created xsi:type="dcterms:W3CDTF">2025-06-30T20:47:00Z</dcterms:created>
  <dcterms:modified xsi:type="dcterms:W3CDTF">2025-09-13T12:50:00Z</dcterms:modified>
  <cp:category/>
</cp:coreProperties>
</file>